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557776" w14:textId="64B06D8D" w:rsidR="005B683C" w:rsidRDefault="002C002C">
      <w:pPr>
        <w:jc w:val="center"/>
      </w:pPr>
      <w:r>
        <w:rPr>
          <w:b/>
          <w:sz w:val="28"/>
        </w:rPr>
        <w:t>KOP PERUSAHAAN</w:t>
      </w:r>
      <w:r w:rsidR="00000000">
        <w:rPr>
          <w:b/>
        </w:rPr>
        <w:br/>
      </w:r>
      <w:r w:rsidR="00000000">
        <w:rPr>
          <w:i/>
          <w:sz w:val="20"/>
        </w:rPr>
        <w:t xml:space="preserve">Alamat </w:t>
      </w:r>
      <w:r>
        <w:rPr>
          <w:i/>
          <w:sz w:val="20"/>
        </w:rPr>
        <w:t>Perusahaan</w:t>
      </w:r>
    </w:p>
    <w:p w14:paraId="5DD49061" w14:textId="77777777" w:rsidR="005B683C" w:rsidRDefault="00000000">
      <w:pPr>
        <w:jc w:val="center"/>
      </w:pPr>
      <w:r>
        <w:t>______________________________________________________________________________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5B683C" w14:paraId="5B36DB3D" w14:textId="77777777">
        <w:tc>
          <w:tcPr>
            <w:tcW w:w="4680" w:type="dxa"/>
          </w:tcPr>
          <w:p w14:paraId="3EB3C104" w14:textId="12848EE8" w:rsidR="005B683C" w:rsidRDefault="00000000">
            <w:proofErr w:type="spellStart"/>
            <w:r>
              <w:t>Nomor</w:t>
            </w:r>
            <w:proofErr w:type="spellEnd"/>
            <w:r>
              <w:t xml:space="preserve">     </w:t>
            </w:r>
            <w:proofErr w:type="gramStart"/>
            <w:r>
              <w:t xml:space="preserve">  :</w:t>
            </w:r>
            <w:proofErr w:type="gramEnd"/>
            <w:r>
              <w:t xml:space="preserve"> </w:t>
            </w:r>
            <w:proofErr w:type="gramStart"/>
            <w:r w:rsidR="002C002C">
              <w:t>…..</w:t>
            </w:r>
            <w:proofErr w:type="gramEnd"/>
            <w:r>
              <w:br/>
              <w:t xml:space="preserve">Lampiran </w:t>
            </w:r>
            <w:proofErr w:type="gramStart"/>
            <w:r>
              <w:t xml:space="preserve">  :</w:t>
            </w:r>
            <w:proofErr w:type="gramEnd"/>
            <w:r>
              <w:t xml:space="preserve"> </w:t>
            </w:r>
            <w:proofErr w:type="gramStart"/>
            <w:r w:rsidR="002C002C">
              <w:t>….</w:t>
            </w:r>
            <w:proofErr w:type="spellStart"/>
            <w:r>
              <w:t>Rangkap</w:t>
            </w:r>
            <w:proofErr w:type="spellEnd"/>
            <w:proofErr w:type="gramEnd"/>
            <w:r>
              <w:br/>
              <w:t xml:space="preserve">Perihal     </w:t>
            </w:r>
            <w:proofErr w:type="gramStart"/>
            <w:r>
              <w:t xml:space="preserve">  :</w:t>
            </w:r>
            <w:proofErr w:type="gramEnd"/>
            <w:r>
              <w:t xml:space="preserve"> </w:t>
            </w:r>
            <w:proofErr w:type="spellStart"/>
            <w:r>
              <w:t>Permohonan</w:t>
            </w:r>
            <w:proofErr w:type="spellEnd"/>
            <w:r>
              <w:t xml:space="preserve"> </w:t>
            </w:r>
            <w:proofErr w:type="spellStart"/>
            <w:r>
              <w:t>Sertifikasi</w:t>
            </w:r>
            <w:proofErr w:type="spellEnd"/>
            <w:r>
              <w:t xml:space="preserve"> Entr</w:t>
            </w:r>
            <w:r w:rsidR="002C002C">
              <w:t>e</w:t>
            </w:r>
            <w:r>
              <w:t>s</w:t>
            </w:r>
          </w:p>
        </w:tc>
        <w:tc>
          <w:tcPr>
            <w:tcW w:w="4680" w:type="dxa"/>
          </w:tcPr>
          <w:p w14:paraId="11007FE3" w14:textId="655D183A" w:rsidR="005B683C" w:rsidRDefault="002C002C">
            <w:proofErr w:type="spellStart"/>
            <w:r>
              <w:t>Tempat</w:t>
            </w:r>
            <w:proofErr w:type="spellEnd"/>
            <w:r w:rsidR="00000000">
              <w:t xml:space="preserve">, </w:t>
            </w:r>
            <w:proofErr w:type="spellStart"/>
            <w:r>
              <w:t>Tanggal</w:t>
            </w:r>
            <w:proofErr w:type="spellEnd"/>
            <w:r w:rsidR="00000000">
              <w:br/>
            </w:r>
            <w:r w:rsidR="00000000">
              <w:br/>
            </w:r>
            <w:proofErr w:type="spellStart"/>
            <w:r w:rsidR="00000000">
              <w:t>Kepada</w:t>
            </w:r>
            <w:proofErr w:type="spellEnd"/>
            <w:r w:rsidR="00000000">
              <w:t xml:space="preserve"> </w:t>
            </w:r>
            <w:proofErr w:type="spellStart"/>
            <w:r w:rsidR="00000000">
              <w:t>Yth</w:t>
            </w:r>
            <w:proofErr w:type="spellEnd"/>
            <w:r w:rsidR="00000000">
              <w:t>.</w:t>
            </w:r>
            <w:r w:rsidR="00000000">
              <w:br/>
              <w:t>Kepala Dinas Perkebunan dan</w:t>
            </w:r>
            <w:r w:rsidR="00000000">
              <w:br/>
              <w:t>Hortikultura Prop. Sul-Tra</w:t>
            </w:r>
            <w:r w:rsidR="00000000">
              <w:br/>
              <w:t>Cq. Kepala UPTD BPSBPH</w:t>
            </w:r>
            <w:r w:rsidR="00000000">
              <w:br/>
              <w:t>Prov. Sulawesi Tenggara</w:t>
            </w:r>
            <w:r w:rsidR="00000000">
              <w:br/>
              <w:t>Di –</w:t>
            </w:r>
            <w:r w:rsidR="00000000">
              <w:br/>
              <w:t xml:space="preserve">       Kendari</w:t>
            </w:r>
          </w:p>
        </w:tc>
      </w:tr>
    </w:tbl>
    <w:p w14:paraId="6285A0B4" w14:textId="3CD15379" w:rsidR="005B683C" w:rsidRPr="00B23385" w:rsidRDefault="00000000" w:rsidP="00B23385">
      <w:pPr>
        <w:spacing w:before="240"/>
        <w:rPr>
          <w:b/>
        </w:rPr>
      </w:pPr>
      <w:proofErr w:type="spellStart"/>
      <w:r>
        <w:rPr>
          <w:b/>
        </w:rPr>
        <w:t>Dengan</w:t>
      </w:r>
      <w:proofErr w:type="spellEnd"/>
      <w:r>
        <w:rPr>
          <w:b/>
        </w:rPr>
        <w:t xml:space="preserve"> Hormat.</w:t>
      </w:r>
      <w:r>
        <w:rPr>
          <w:b/>
        </w:rPr>
        <w:br/>
      </w:r>
      <w:r>
        <w:t xml:space="preserve">            Sehubungan dengan rencana/kegiatan pengambilan entres yang akan kami </w:t>
      </w:r>
      <w:proofErr w:type="spellStart"/>
      <w:r>
        <w:t>laksanakan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r w:rsidR="002C002C">
        <w:t>…….</w:t>
      </w:r>
      <w:r>
        <w:t xml:space="preserve"> dengan data-data pemilik sebagai </w:t>
      </w:r>
      <w:proofErr w:type="gramStart"/>
      <w:r>
        <w:t>berikut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2098"/>
        <w:gridCol w:w="1376"/>
        <w:gridCol w:w="1337"/>
        <w:gridCol w:w="1337"/>
        <w:gridCol w:w="1337"/>
        <w:gridCol w:w="1337"/>
      </w:tblGrid>
      <w:tr w:rsidR="005B683C" w14:paraId="1F708642" w14:textId="77777777" w:rsidTr="00E74F74">
        <w:tc>
          <w:tcPr>
            <w:tcW w:w="576" w:type="dxa"/>
            <w:shd w:val="clear" w:color="auto" w:fill="E6E6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7308A9" w14:textId="77777777" w:rsidR="005B683C" w:rsidRDefault="00000000">
            <w:pPr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2098" w:type="dxa"/>
            <w:shd w:val="clear" w:color="auto" w:fill="E6E6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200B1E" w14:textId="77777777" w:rsidR="005B683C" w:rsidRDefault="00000000">
            <w:pPr>
              <w:jc w:val="center"/>
            </w:pPr>
            <w:r>
              <w:rPr>
                <w:b/>
              </w:rPr>
              <w:t>No SK</w:t>
            </w:r>
          </w:p>
        </w:tc>
        <w:tc>
          <w:tcPr>
            <w:tcW w:w="1376" w:type="dxa"/>
            <w:shd w:val="clear" w:color="auto" w:fill="E6E6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5761EE" w14:textId="77777777" w:rsidR="005B683C" w:rsidRDefault="00000000">
            <w:pPr>
              <w:jc w:val="center"/>
            </w:pPr>
            <w:r>
              <w:rPr>
                <w:b/>
              </w:rPr>
              <w:t>Kecamatan</w:t>
            </w:r>
          </w:p>
        </w:tc>
        <w:tc>
          <w:tcPr>
            <w:tcW w:w="1337" w:type="dxa"/>
            <w:shd w:val="clear" w:color="auto" w:fill="E6E6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54ADBF" w14:textId="77777777" w:rsidR="005B683C" w:rsidRDefault="00000000">
            <w:pPr>
              <w:jc w:val="center"/>
            </w:pPr>
            <w:r>
              <w:rPr>
                <w:b/>
              </w:rPr>
              <w:t>Desa</w:t>
            </w:r>
          </w:p>
        </w:tc>
        <w:tc>
          <w:tcPr>
            <w:tcW w:w="1337" w:type="dxa"/>
            <w:shd w:val="clear" w:color="auto" w:fill="E6E6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9A3A66" w14:textId="3A48B40A" w:rsidR="005B683C" w:rsidRDefault="00000000">
            <w:pPr>
              <w:jc w:val="center"/>
            </w:pPr>
            <w:r>
              <w:rPr>
                <w:b/>
              </w:rPr>
              <w:t>Nama</w:t>
            </w:r>
            <w:r w:rsidR="00B23385">
              <w:rPr>
                <w:b/>
              </w:rPr>
              <w:t xml:space="preserve"> </w:t>
            </w:r>
            <w:proofErr w:type="spellStart"/>
            <w:r w:rsidR="00B23385">
              <w:rPr>
                <w:b/>
              </w:rPr>
              <w:t>Petani</w:t>
            </w:r>
            <w:proofErr w:type="spellEnd"/>
          </w:p>
        </w:tc>
        <w:tc>
          <w:tcPr>
            <w:tcW w:w="1337" w:type="dxa"/>
            <w:shd w:val="clear" w:color="auto" w:fill="E6E6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BF35DF" w14:textId="1E8FE620" w:rsidR="005B683C" w:rsidRDefault="00B23385" w:rsidP="00B23385">
            <w:pPr>
              <w:jc w:val="center"/>
            </w:pPr>
            <w:r>
              <w:rPr>
                <w:b/>
              </w:rPr>
              <w:t xml:space="preserve">Nama </w:t>
            </w:r>
            <w:proofErr w:type="spellStart"/>
            <w:r>
              <w:rPr>
                <w:b/>
              </w:rPr>
              <w:t>Klon</w:t>
            </w:r>
            <w:proofErr w:type="spellEnd"/>
          </w:p>
        </w:tc>
        <w:tc>
          <w:tcPr>
            <w:tcW w:w="1337" w:type="dxa"/>
            <w:shd w:val="clear" w:color="auto" w:fill="E6E6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82652F" w14:textId="711C32D7" w:rsidR="005B683C" w:rsidRDefault="00B23385">
            <w:pPr>
              <w:jc w:val="center"/>
            </w:pPr>
            <w:proofErr w:type="spellStart"/>
            <w:r>
              <w:rPr>
                <w:b/>
              </w:rPr>
              <w:t>Jumlah</w:t>
            </w:r>
            <w:proofErr w:type="spellEnd"/>
          </w:p>
        </w:tc>
      </w:tr>
      <w:tr w:rsidR="002C002C" w14:paraId="1F373A14" w14:textId="77777777" w:rsidTr="00E74F74">
        <w:tc>
          <w:tcPr>
            <w:tcW w:w="5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DB4A2C" w14:textId="77777777" w:rsidR="002C002C" w:rsidRDefault="002C002C" w:rsidP="002C002C">
            <w:pPr>
              <w:jc w:val="center"/>
            </w:pPr>
            <w:r>
              <w:t>1.</w:t>
            </w:r>
          </w:p>
        </w:tc>
        <w:tc>
          <w:tcPr>
            <w:tcW w:w="209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9B95CAB" w14:textId="034926A6" w:rsidR="002C002C" w:rsidRDefault="002C002C" w:rsidP="002C002C">
            <w:r w:rsidRPr="00B019D9">
              <w:t>…………..</w:t>
            </w:r>
          </w:p>
        </w:tc>
        <w:tc>
          <w:tcPr>
            <w:tcW w:w="13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24C811" w14:textId="2221FAD6" w:rsidR="002C002C" w:rsidRDefault="002C002C" w:rsidP="002C002C"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1BF3A4" w14:textId="5880E04D" w:rsidR="002C002C" w:rsidRDefault="002C002C" w:rsidP="002C002C"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5EAEA6" w14:textId="66F5E3C4" w:rsidR="002C002C" w:rsidRDefault="002C002C" w:rsidP="002C002C"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5EE880" w14:textId="3FFF2153" w:rsidR="002C002C" w:rsidRDefault="002C002C" w:rsidP="002C002C">
            <w:pPr>
              <w:jc w:val="center"/>
            </w:pPr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0A5A4D" w14:textId="2713E063" w:rsidR="002C002C" w:rsidRDefault="002C002C" w:rsidP="002C002C">
            <w:pPr>
              <w:jc w:val="center"/>
            </w:pPr>
            <w:r w:rsidRPr="00B019D9">
              <w:t>…………..</w:t>
            </w:r>
          </w:p>
        </w:tc>
      </w:tr>
      <w:tr w:rsidR="002C002C" w14:paraId="509C2C7B" w14:textId="77777777" w:rsidTr="00E74F74">
        <w:tc>
          <w:tcPr>
            <w:tcW w:w="5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BBDFA5" w14:textId="77777777" w:rsidR="002C002C" w:rsidRDefault="002C002C" w:rsidP="002C002C">
            <w:pPr>
              <w:jc w:val="center"/>
            </w:pPr>
            <w:r>
              <w:t>2.</w:t>
            </w:r>
          </w:p>
        </w:tc>
        <w:tc>
          <w:tcPr>
            <w:tcW w:w="209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67F7044" w14:textId="285C5B1D" w:rsidR="002C002C" w:rsidRDefault="002C002C" w:rsidP="002C002C">
            <w:r w:rsidRPr="00B019D9">
              <w:t>…………..</w:t>
            </w:r>
          </w:p>
        </w:tc>
        <w:tc>
          <w:tcPr>
            <w:tcW w:w="13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02CACD" w14:textId="0CA09772" w:rsidR="002C002C" w:rsidRDefault="002C002C" w:rsidP="002C002C"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2AFC1A" w14:textId="6329D186" w:rsidR="002C002C" w:rsidRDefault="002C002C" w:rsidP="002C002C"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C16655C" w14:textId="022FD00A" w:rsidR="002C002C" w:rsidRDefault="002C002C" w:rsidP="002C002C"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3B5443" w14:textId="39AE47AB" w:rsidR="002C002C" w:rsidRDefault="002C002C" w:rsidP="002C002C">
            <w:pPr>
              <w:jc w:val="center"/>
            </w:pPr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1C6002" w14:textId="40940863" w:rsidR="002C002C" w:rsidRDefault="002C002C" w:rsidP="002C002C">
            <w:pPr>
              <w:jc w:val="center"/>
            </w:pPr>
            <w:r w:rsidRPr="00B019D9">
              <w:t>…………..</w:t>
            </w:r>
          </w:p>
        </w:tc>
      </w:tr>
      <w:tr w:rsidR="002C002C" w14:paraId="0FCC203E" w14:textId="77777777" w:rsidTr="00E74F74">
        <w:tc>
          <w:tcPr>
            <w:tcW w:w="5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6338FD" w14:textId="77777777" w:rsidR="002C002C" w:rsidRDefault="002C002C" w:rsidP="002C002C">
            <w:pPr>
              <w:jc w:val="center"/>
            </w:pPr>
            <w:r>
              <w:t>3.</w:t>
            </w:r>
          </w:p>
        </w:tc>
        <w:tc>
          <w:tcPr>
            <w:tcW w:w="209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8DEE46" w14:textId="7A2032D6" w:rsidR="002C002C" w:rsidRDefault="002C002C" w:rsidP="002C002C">
            <w:r w:rsidRPr="00B019D9">
              <w:t>…………..</w:t>
            </w:r>
          </w:p>
        </w:tc>
        <w:tc>
          <w:tcPr>
            <w:tcW w:w="13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FA94EB" w14:textId="07DEB0A2" w:rsidR="002C002C" w:rsidRDefault="002C002C" w:rsidP="002C002C"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3002FF" w14:textId="5657DC91" w:rsidR="002C002C" w:rsidRDefault="002C002C" w:rsidP="002C002C"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EF9B45" w14:textId="7F4CD071" w:rsidR="002C002C" w:rsidRDefault="002C002C" w:rsidP="002C002C"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248D77" w14:textId="6E002EC7" w:rsidR="002C002C" w:rsidRDefault="002C002C" w:rsidP="002C002C">
            <w:pPr>
              <w:jc w:val="center"/>
            </w:pPr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54018B" w14:textId="0A129051" w:rsidR="002C002C" w:rsidRDefault="002C002C" w:rsidP="002C002C">
            <w:pPr>
              <w:jc w:val="center"/>
            </w:pPr>
            <w:r w:rsidRPr="00B019D9">
              <w:t>…………..</w:t>
            </w:r>
          </w:p>
        </w:tc>
      </w:tr>
      <w:tr w:rsidR="002C002C" w14:paraId="5D5950FE" w14:textId="77777777" w:rsidTr="00E74F74">
        <w:tc>
          <w:tcPr>
            <w:tcW w:w="5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FDAFD6" w14:textId="77777777" w:rsidR="002C002C" w:rsidRDefault="002C002C" w:rsidP="002C002C">
            <w:pPr>
              <w:jc w:val="center"/>
            </w:pPr>
            <w:r>
              <w:t>4.</w:t>
            </w:r>
          </w:p>
        </w:tc>
        <w:tc>
          <w:tcPr>
            <w:tcW w:w="209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4F58E5" w14:textId="404B41A4" w:rsidR="002C002C" w:rsidRDefault="002C002C" w:rsidP="002C002C">
            <w:r w:rsidRPr="00B019D9">
              <w:t>…………..</w:t>
            </w:r>
          </w:p>
        </w:tc>
        <w:tc>
          <w:tcPr>
            <w:tcW w:w="13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120CDB" w14:textId="052ADD85" w:rsidR="002C002C" w:rsidRDefault="002C002C" w:rsidP="002C002C"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83E1DB" w14:textId="03B58D2F" w:rsidR="002C002C" w:rsidRDefault="002C002C" w:rsidP="002C002C"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7C8685" w14:textId="40E583D4" w:rsidR="002C002C" w:rsidRDefault="002C002C" w:rsidP="002C002C"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416ED1" w14:textId="180F8952" w:rsidR="002C002C" w:rsidRDefault="002C002C" w:rsidP="002C002C">
            <w:pPr>
              <w:jc w:val="center"/>
            </w:pPr>
            <w:r w:rsidRPr="00B019D9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44FAE0" w14:textId="05371872" w:rsidR="002C002C" w:rsidRDefault="002C002C" w:rsidP="002C002C">
            <w:pPr>
              <w:jc w:val="center"/>
            </w:pPr>
            <w:r w:rsidRPr="00B019D9">
              <w:t>…………..</w:t>
            </w:r>
          </w:p>
        </w:tc>
      </w:tr>
      <w:tr w:rsidR="002C002C" w14:paraId="7FBCA6A3" w14:textId="77777777" w:rsidTr="00E74F74">
        <w:tc>
          <w:tcPr>
            <w:tcW w:w="5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851683" w14:textId="77777777" w:rsidR="002C002C" w:rsidRDefault="002C002C" w:rsidP="002C002C">
            <w:pPr>
              <w:jc w:val="center"/>
            </w:pPr>
          </w:p>
        </w:tc>
        <w:tc>
          <w:tcPr>
            <w:tcW w:w="209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BD6B30" w14:textId="77777777" w:rsidR="002C002C" w:rsidRDefault="002C002C" w:rsidP="00E74F74">
            <w:pPr>
              <w:jc w:val="center"/>
            </w:pPr>
            <w:r>
              <w:rPr>
                <w:b/>
              </w:rPr>
              <w:t>JUMLAH</w:t>
            </w:r>
          </w:p>
        </w:tc>
        <w:tc>
          <w:tcPr>
            <w:tcW w:w="13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C61B34" w14:textId="77777777" w:rsidR="002C002C" w:rsidRDefault="002C002C" w:rsidP="002C002C"/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0E8303" w14:textId="77777777" w:rsidR="002C002C" w:rsidRDefault="002C002C" w:rsidP="002C002C"/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C5043A" w14:textId="77777777" w:rsidR="002C002C" w:rsidRDefault="002C002C" w:rsidP="002C002C"/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3FDB64" w14:textId="27368E82" w:rsidR="002C002C" w:rsidRDefault="002C002C" w:rsidP="002C002C">
            <w:pPr>
              <w:jc w:val="center"/>
            </w:pPr>
            <w:r w:rsidRPr="00C61C5D">
              <w:t>…………..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D07F9E" w14:textId="7305D5EF" w:rsidR="002C002C" w:rsidRDefault="002C002C" w:rsidP="002C002C">
            <w:pPr>
              <w:jc w:val="center"/>
            </w:pPr>
            <w:r w:rsidRPr="00C61C5D">
              <w:t>…………..</w:t>
            </w:r>
          </w:p>
        </w:tc>
      </w:tr>
    </w:tbl>
    <w:p w14:paraId="0351BE0B" w14:textId="63E5C811" w:rsidR="005B683C" w:rsidRDefault="00000000" w:rsidP="002C002C">
      <w:pPr>
        <w:spacing w:before="240"/>
        <w:jc w:val="both"/>
      </w:pPr>
      <w:r>
        <w:t xml:space="preserve">            kami bermaksud mengajukan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sertifikasi</w:t>
      </w:r>
      <w:proofErr w:type="spellEnd"/>
      <w:r>
        <w:t xml:space="preserve"> Entres</w:t>
      </w:r>
      <w:r w:rsidR="002C002C">
        <w:t xml:space="preserve"> </w:t>
      </w:r>
      <w:r w:rsidR="002C002C" w:rsidRPr="002C002C">
        <w:rPr>
          <w:i/>
          <w:iCs/>
        </w:rPr>
        <w:t>“</w:t>
      </w:r>
      <w:proofErr w:type="spellStart"/>
      <w:r w:rsidR="002C002C" w:rsidRPr="002C002C">
        <w:rPr>
          <w:i/>
          <w:iCs/>
        </w:rPr>
        <w:t>jenis</w:t>
      </w:r>
      <w:proofErr w:type="spellEnd"/>
      <w:r w:rsidR="002C002C" w:rsidRPr="002C002C">
        <w:rPr>
          <w:i/>
          <w:iCs/>
        </w:rPr>
        <w:t xml:space="preserve"> </w:t>
      </w:r>
      <w:proofErr w:type="spellStart"/>
      <w:r w:rsidR="002C002C" w:rsidRPr="002C002C">
        <w:rPr>
          <w:i/>
          <w:iCs/>
        </w:rPr>
        <w:t>klon</w:t>
      </w:r>
      <w:proofErr w:type="spellEnd"/>
      <w:r w:rsidR="002C002C" w:rsidRPr="002C002C">
        <w:rPr>
          <w:i/>
          <w:iCs/>
        </w:rPr>
        <w:t>”</w:t>
      </w:r>
      <w:r w:rsidR="002C002C">
        <w:t xml:space="preserve"> </w:t>
      </w:r>
      <w:proofErr w:type="spellStart"/>
      <w:r w:rsidR="002C002C">
        <w:t>sebanyak</w:t>
      </w:r>
      <w:proofErr w:type="spellEnd"/>
      <w:r w:rsidR="002C002C">
        <w:t xml:space="preserve"> “</w:t>
      </w:r>
      <w:proofErr w:type="spellStart"/>
      <w:r w:rsidR="002C002C" w:rsidRPr="002C002C">
        <w:rPr>
          <w:i/>
          <w:iCs/>
        </w:rPr>
        <w:t>jumlah</w:t>
      </w:r>
      <w:proofErr w:type="spellEnd"/>
      <w:r w:rsidR="002C002C" w:rsidRPr="002C002C">
        <w:rPr>
          <w:i/>
          <w:iCs/>
        </w:rPr>
        <w:t xml:space="preserve"> </w:t>
      </w:r>
      <w:proofErr w:type="spellStart"/>
      <w:r w:rsidR="002C002C" w:rsidRPr="002C002C">
        <w:rPr>
          <w:i/>
          <w:iCs/>
        </w:rPr>
        <w:t>batang</w:t>
      </w:r>
      <w:proofErr w:type="spellEnd"/>
      <w:r w:rsidR="002C002C" w:rsidRPr="002C002C">
        <w:rPr>
          <w:i/>
          <w:iCs/>
        </w:rPr>
        <w:t>”</w:t>
      </w:r>
      <w:r w:rsidR="002C002C">
        <w:t xml:space="preserve"> </w:t>
      </w:r>
      <w:proofErr w:type="spellStart"/>
      <w:r>
        <w:rPr>
          <w:b/>
          <w:i/>
        </w:rPr>
        <w:t>Untuk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Kebutuhan</w:t>
      </w:r>
      <w:proofErr w:type="spellEnd"/>
      <w:r w:rsidR="002C002C">
        <w:rPr>
          <w:b/>
          <w:i/>
        </w:rPr>
        <w:t>/</w:t>
      </w:r>
      <w:proofErr w:type="spellStart"/>
      <w:r w:rsidR="002C002C">
        <w:rPr>
          <w:b/>
          <w:i/>
        </w:rPr>
        <w:t>Dikirimkan</w:t>
      </w:r>
      <w:proofErr w:type="spellEnd"/>
      <w:r w:rsidR="002C002C">
        <w:rPr>
          <w:b/>
          <w:i/>
        </w:rPr>
        <w:t xml:space="preserve"> </w:t>
      </w:r>
      <w:proofErr w:type="spellStart"/>
      <w:r w:rsidR="002C002C">
        <w:rPr>
          <w:b/>
          <w:i/>
        </w:rPr>
        <w:t>kepada</w:t>
      </w:r>
      <w:proofErr w:type="spellEnd"/>
      <w:r>
        <w:rPr>
          <w:b/>
          <w:i/>
        </w:rPr>
        <w:t xml:space="preserve"> </w:t>
      </w:r>
      <w:r w:rsidR="002C002C">
        <w:rPr>
          <w:b/>
          <w:i/>
        </w:rPr>
        <w:t xml:space="preserve">(Perusahaan) </w:t>
      </w:r>
      <w:proofErr w:type="spellStart"/>
      <w:r>
        <w:rPr>
          <w:b/>
          <w:i/>
        </w:rPr>
        <w:t>dalam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kegiatan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Produksi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Benih</w:t>
      </w:r>
      <w:proofErr w:type="spellEnd"/>
      <w:r>
        <w:rPr>
          <w:b/>
          <w:i/>
        </w:rPr>
        <w:t xml:space="preserve"> Kakao dalam proses Lanjutan Fase semai benih kakao sambung Pucuk </w:t>
      </w:r>
      <w:proofErr w:type="spellStart"/>
      <w:r>
        <w:rPr>
          <w:b/>
          <w:i/>
        </w:rPr>
        <w:t>siap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salur</w:t>
      </w:r>
      <w:proofErr w:type="spellEnd"/>
      <w:r>
        <w:rPr>
          <w:b/>
          <w:i/>
        </w:rPr>
        <w:t xml:space="preserve"> dan </w:t>
      </w:r>
      <w:proofErr w:type="spellStart"/>
      <w:proofErr w:type="gramStart"/>
      <w:r>
        <w:rPr>
          <w:b/>
          <w:i/>
        </w:rPr>
        <w:t>Sebanyak</w:t>
      </w:r>
      <w:proofErr w:type="spellEnd"/>
      <w:r>
        <w:rPr>
          <w:b/>
          <w:i/>
        </w:rPr>
        <w:t xml:space="preserve"> :</w:t>
      </w:r>
      <w:proofErr w:type="gramEnd"/>
    </w:p>
    <w:p w14:paraId="47D42D10" w14:textId="37990351" w:rsidR="005B683C" w:rsidRPr="000E2414" w:rsidRDefault="002C002C" w:rsidP="002C002C">
      <w:pPr>
        <w:ind w:left="720"/>
        <w:rPr>
          <w:sz w:val="24"/>
          <w:szCs w:val="24"/>
        </w:rPr>
      </w:pPr>
      <w:r w:rsidRPr="000E2414">
        <w:rPr>
          <w:b/>
          <w:sz w:val="24"/>
          <w:szCs w:val="24"/>
        </w:rPr>
        <w:t xml:space="preserve">Perusahaan </w:t>
      </w:r>
      <w:proofErr w:type="spellStart"/>
      <w:r w:rsidRPr="000E2414">
        <w:rPr>
          <w:b/>
          <w:sz w:val="24"/>
          <w:szCs w:val="24"/>
        </w:rPr>
        <w:t>Penerima</w:t>
      </w:r>
      <w:proofErr w:type="spellEnd"/>
      <w:r w:rsidR="00000000" w:rsidRPr="000E2414">
        <w:rPr>
          <w:b/>
          <w:sz w:val="24"/>
          <w:szCs w:val="24"/>
        </w:rPr>
        <w:br/>
      </w:r>
      <w:r w:rsidR="00000000" w:rsidRPr="000E2414">
        <w:rPr>
          <w:sz w:val="24"/>
          <w:szCs w:val="24"/>
        </w:rPr>
        <w:t xml:space="preserve">  •  </w:t>
      </w:r>
      <w:r w:rsidRPr="000E2414">
        <w:rPr>
          <w:sz w:val="24"/>
          <w:szCs w:val="24"/>
        </w:rPr>
        <w:t xml:space="preserve">Jenis </w:t>
      </w:r>
      <w:proofErr w:type="spellStart"/>
      <w:r w:rsidRPr="000E2414">
        <w:rPr>
          <w:sz w:val="24"/>
          <w:szCs w:val="24"/>
        </w:rPr>
        <w:t>klon</w:t>
      </w:r>
      <w:proofErr w:type="spellEnd"/>
      <w:r w:rsidRPr="000E2414">
        <w:rPr>
          <w:sz w:val="24"/>
          <w:szCs w:val="24"/>
        </w:rPr>
        <w:t>/</w:t>
      </w:r>
      <w:proofErr w:type="spellStart"/>
      <w:r w:rsidRPr="000E2414">
        <w:rPr>
          <w:sz w:val="24"/>
          <w:szCs w:val="24"/>
        </w:rPr>
        <w:t>varietas</w:t>
      </w:r>
      <w:proofErr w:type="spellEnd"/>
      <w:r w:rsidRPr="000E2414">
        <w:rPr>
          <w:sz w:val="24"/>
          <w:szCs w:val="24"/>
        </w:rPr>
        <w:tab/>
        <w:t>=</w:t>
      </w:r>
      <w:r w:rsidR="00000000" w:rsidRPr="000E2414">
        <w:rPr>
          <w:sz w:val="24"/>
          <w:szCs w:val="24"/>
        </w:rPr>
        <w:t xml:space="preserve"> </w:t>
      </w:r>
      <w:proofErr w:type="spellStart"/>
      <w:r w:rsidRPr="000E2414">
        <w:rPr>
          <w:sz w:val="24"/>
          <w:szCs w:val="24"/>
        </w:rPr>
        <w:t>jumlah</w:t>
      </w:r>
      <w:proofErr w:type="spellEnd"/>
      <w:r w:rsidRPr="000E2414">
        <w:rPr>
          <w:sz w:val="24"/>
          <w:szCs w:val="24"/>
        </w:rPr>
        <w:t xml:space="preserve"> </w:t>
      </w:r>
      <w:proofErr w:type="spellStart"/>
      <w:r w:rsidR="00000000" w:rsidRPr="000E2414">
        <w:rPr>
          <w:sz w:val="24"/>
          <w:szCs w:val="24"/>
        </w:rPr>
        <w:t>Batang</w:t>
      </w:r>
      <w:proofErr w:type="spellEnd"/>
      <w:r w:rsidR="00000000" w:rsidRPr="000E2414">
        <w:rPr>
          <w:sz w:val="24"/>
          <w:szCs w:val="24"/>
        </w:rPr>
        <w:br/>
        <w:t xml:space="preserve">  •  </w:t>
      </w:r>
      <w:r w:rsidRPr="000E2414">
        <w:rPr>
          <w:sz w:val="24"/>
          <w:szCs w:val="24"/>
        </w:rPr>
        <w:t xml:space="preserve">Jenis </w:t>
      </w:r>
      <w:proofErr w:type="spellStart"/>
      <w:r w:rsidRPr="000E2414">
        <w:rPr>
          <w:sz w:val="24"/>
          <w:szCs w:val="24"/>
        </w:rPr>
        <w:t>klon</w:t>
      </w:r>
      <w:proofErr w:type="spellEnd"/>
      <w:r w:rsidRPr="000E2414">
        <w:rPr>
          <w:sz w:val="24"/>
          <w:szCs w:val="24"/>
        </w:rPr>
        <w:t>/</w:t>
      </w:r>
      <w:proofErr w:type="spellStart"/>
      <w:r w:rsidRPr="000E2414">
        <w:rPr>
          <w:sz w:val="24"/>
          <w:szCs w:val="24"/>
        </w:rPr>
        <w:t>varietas</w:t>
      </w:r>
      <w:proofErr w:type="spellEnd"/>
      <w:r w:rsidRPr="000E2414">
        <w:rPr>
          <w:sz w:val="24"/>
          <w:szCs w:val="24"/>
        </w:rPr>
        <w:tab/>
        <w:t xml:space="preserve">= </w:t>
      </w:r>
      <w:proofErr w:type="spellStart"/>
      <w:r w:rsidRPr="000E2414">
        <w:rPr>
          <w:sz w:val="24"/>
          <w:szCs w:val="24"/>
        </w:rPr>
        <w:t>jumlah</w:t>
      </w:r>
      <w:proofErr w:type="spellEnd"/>
      <w:r w:rsidRPr="000E2414">
        <w:rPr>
          <w:sz w:val="24"/>
          <w:szCs w:val="24"/>
        </w:rPr>
        <w:t xml:space="preserve"> </w:t>
      </w:r>
      <w:proofErr w:type="spellStart"/>
      <w:r w:rsidRPr="000E2414">
        <w:rPr>
          <w:sz w:val="24"/>
          <w:szCs w:val="24"/>
        </w:rPr>
        <w:t>Batang</w:t>
      </w:r>
      <w:proofErr w:type="spellEnd"/>
    </w:p>
    <w:p w14:paraId="31D18AB7" w14:textId="77777777" w:rsidR="005B683C" w:rsidRDefault="00000000">
      <w:r>
        <w:t xml:space="preserve">            sebagai bahan pertimbangan Bapak/Ibu bersama ini terlampir kami sampaikan sebagai </w:t>
      </w:r>
      <w:proofErr w:type="gramStart"/>
      <w:r>
        <w:t>berikut :</w:t>
      </w:r>
      <w:proofErr w:type="gramEnd"/>
    </w:p>
    <w:p w14:paraId="4EC36865" w14:textId="34BE7D5D" w:rsidR="005B683C" w:rsidRDefault="00000000" w:rsidP="00A448A6">
      <w:pPr>
        <w:pStyle w:val="ListParagraph"/>
        <w:numPr>
          <w:ilvl w:val="0"/>
          <w:numId w:val="11"/>
        </w:numPr>
        <w:spacing w:line="360" w:lineRule="auto"/>
      </w:pPr>
      <w:r>
        <w:t xml:space="preserve">Photo copy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produksi benih</w:t>
      </w:r>
    </w:p>
    <w:p w14:paraId="4EBA6926" w14:textId="299AC677" w:rsidR="005B683C" w:rsidRDefault="00000000" w:rsidP="00A448A6">
      <w:pPr>
        <w:pStyle w:val="ListParagraph"/>
        <w:numPr>
          <w:ilvl w:val="0"/>
          <w:numId w:val="11"/>
        </w:numPr>
        <w:spacing w:line="360" w:lineRule="auto"/>
      </w:pPr>
      <w:r>
        <w:t xml:space="preserve">Photo copy Document SK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kebun</w:t>
      </w:r>
      <w:proofErr w:type="spellEnd"/>
      <w:r>
        <w:t xml:space="preserve"> </w:t>
      </w:r>
      <w:proofErr w:type="spellStart"/>
      <w:r>
        <w:t>entres</w:t>
      </w:r>
      <w:proofErr w:type="spellEnd"/>
    </w:p>
    <w:p w14:paraId="0129F652" w14:textId="73F840C9" w:rsidR="00A448A6" w:rsidRDefault="00A448A6" w:rsidP="00A448A6">
      <w:pPr>
        <w:pStyle w:val="ListParagraph"/>
        <w:numPr>
          <w:ilvl w:val="0"/>
          <w:numId w:val="11"/>
        </w:numPr>
        <w:spacing w:line="360" w:lineRule="auto"/>
      </w:pPr>
      <w:r>
        <w:t xml:space="preserve">Jadwal </w:t>
      </w:r>
      <w:proofErr w:type="spellStart"/>
      <w:r>
        <w:t>Pemanenan</w:t>
      </w:r>
      <w:proofErr w:type="spellEnd"/>
      <w:r>
        <w:t xml:space="preserve"> Entres yang </w:t>
      </w:r>
      <w:proofErr w:type="spellStart"/>
      <w:r>
        <w:t>ditanda</w:t>
      </w:r>
      <w:proofErr w:type="spellEnd"/>
      <w:r>
        <w:t xml:space="preserve"> </w:t>
      </w:r>
      <w:proofErr w:type="spellStart"/>
      <w:r>
        <w:t>tangani</w:t>
      </w:r>
      <w:proofErr w:type="spellEnd"/>
      <w:r>
        <w:t xml:space="preserve"> oleh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Perkebunan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asal</w:t>
      </w:r>
      <w:proofErr w:type="spellEnd"/>
    </w:p>
    <w:p w14:paraId="71C6AA71" w14:textId="56A24C87" w:rsidR="00A448A6" w:rsidRDefault="00A448A6" w:rsidP="00A448A6">
      <w:pPr>
        <w:pStyle w:val="ListParagraph"/>
        <w:numPr>
          <w:ilvl w:val="0"/>
          <w:numId w:val="11"/>
        </w:numPr>
        <w:spacing w:line="360" w:lineRule="auto"/>
      </w:pPr>
      <w:proofErr w:type="spellStart"/>
      <w:r>
        <w:t>Sertifikat</w:t>
      </w:r>
      <w:proofErr w:type="spellEnd"/>
      <w:r>
        <w:t xml:space="preserve"> Mutu </w:t>
      </w:r>
      <w:proofErr w:type="spellStart"/>
      <w:r>
        <w:t>Benih</w:t>
      </w:r>
      <w:proofErr w:type="spellEnd"/>
      <w:r>
        <w:t xml:space="preserve"> </w:t>
      </w:r>
      <w:r w:rsidR="00E74F74">
        <w:t xml:space="preserve">Kakao Bentuk </w:t>
      </w:r>
      <w:proofErr w:type="spellStart"/>
      <w:r w:rsidR="00E74F74">
        <w:t>Biji</w:t>
      </w:r>
      <w:proofErr w:type="spellEnd"/>
      <w:r w:rsidR="00E74F74">
        <w:t xml:space="preserve"> </w:t>
      </w:r>
    </w:p>
    <w:p w14:paraId="4B135D2A" w14:textId="77777777" w:rsidR="00A448A6" w:rsidRDefault="00A448A6" w:rsidP="00A448A6">
      <w:pPr>
        <w:pStyle w:val="ListParagraph"/>
        <w:numPr>
          <w:ilvl w:val="0"/>
          <w:numId w:val="11"/>
        </w:numPr>
        <w:spacing w:line="360" w:lineRule="auto"/>
      </w:pPr>
      <w:proofErr w:type="spellStart"/>
      <w:r>
        <w:t>Rekam</w:t>
      </w:r>
      <w:proofErr w:type="spellEnd"/>
      <w:r>
        <w:t xml:space="preserve"> </w:t>
      </w:r>
      <w:proofErr w:type="spellStart"/>
      <w:r>
        <w:t>Pemeliharaan</w:t>
      </w:r>
      <w:proofErr w:type="spellEnd"/>
      <w:r>
        <w:t xml:space="preserve"> </w:t>
      </w:r>
      <w:proofErr w:type="spellStart"/>
      <w:r>
        <w:t>Kebun</w:t>
      </w:r>
    </w:p>
    <w:p w14:paraId="1DDD04E0" w14:textId="06D41369" w:rsidR="002450C3" w:rsidRDefault="00A448A6" w:rsidP="00A448A6">
      <w:pPr>
        <w:pStyle w:val="ListParagraph"/>
        <w:numPr>
          <w:ilvl w:val="0"/>
          <w:numId w:val="11"/>
        </w:numPr>
        <w:spacing w:line="360" w:lineRule="auto"/>
      </w:pPr>
      <w:r>
        <w:t>Sumber</w:t>
      </w:r>
      <w:proofErr w:type="spellEnd"/>
      <w:r>
        <w:t xml:space="preserve"> Daya </w:t>
      </w:r>
      <w:proofErr w:type="spellStart"/>
      <w:r>
        <w:t>M</w:t>
      </w:r>
      <w:r w:rsidR="002450C3">
        <w:t>anusia</w:t>
      </w:r>
      <w:proofErr w:type="spellEnd"/>
      <w:r w:rsidR="002450C3">
        <w:t xml:space="preserve"> yang </w:t>
      </w:r>
      <w:proofErr w:type="spellStart"/>
      <w:r w:rsidR="002450C3">
        <w:t>dimiliki</w:t>
      </w:r>
      <w:proofErr w:type="spellEnd"/>
    </w:p>
    <w:p w14:paraId="6060A567" w14:textId="55BBBA0A" w:rsidR="005B683C" w:rsidRDefault="00000000" w:rsidP="00A448A6">
      <w:pPr>
        <w:pStyle w:val="ListParagraph"/>
        <w:numPr>
          <w:ilvl w:val="0"/>
          <w:numId w:val="11"/>
        </w:numPr>
        <w:spacing w:line="360" w:lineRule="auto"/>
      </w:pPr>
      <w:r>
        <w:t>Denah/</w:t>
      </w:r>
      <w:proofErr w:type="spellStart"/>
      <w:r>
        <w:t>peta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Kebun Entres</w:t>
      </w:r>
    </w:p>
    <w:p w14:paraId="76B64F02" w14:textId="1DFD5105" w:rsidR="005B683C" w:rsidRDefault="00000000">
      <w:pPr>
        <w:spacing w:before="240"/>
      </w:pPr>
      <w:r>
        <w:t xml:space="preserve">            Demikian surat permohonan ini kami buat, atas perhatian Bapak kami </w:t>
      </w:r>
      <w:proofErr w:type="spellStart"/>
      <w:r>
        <w:t>ucapkan</w:t>
      </w:r>
      <w:proofErr w:type="spellEnd"/>
      <w:r>
        <w:t xml:space="preserve"> </w:t>
      </w:r>
      <w:proofErr w:type="spellStart"/>
      <w:r>
        <w:t>terima</w:t>
      </w:r>
      <w:proofErr w:type="spellEnd"/>
      <w:r w:rsidR="00A448A6">
        <w:t xml:space="preserve"> </w:t>
      </w:r>
      <w:proofErr w:type="spellStart"/>
      <w:proofErr w:type="gramStart"/>
      <w:r>
        <w:t>kasih</w:t>
      </w:r>
      <w:proofErr w:type="spellEnd"/>
      <w:r>
        <w:t xml:space="preserve"> .</w:t>
      </w:r>
      <w:proofErr w:type="gramEnd"/>
    </w:p>
    <w:p w14:paraId="3E7DE7B3" w14:textId="77777777" w:rsidR="0017510F" w:rsidRDefault="00000000">
      <w:pPr>
        <w:spacing w:before="480"/>
        <w:jc w:val="right"/>
        <w:rPr>
          <w:b/>
        </w:rPr>
      </w:pPr>
      <w:proofErr w:type="spellStart"/>
      <w:r>
        <w:t>Pimpinan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br/>
      </w:r>
      <w:r w:rsidR="002450C3">
        <w:rPr>
          <w:b/>
        </w:rPr>
        <w:t>NAMA PERUSAHAAN</w:t>
      </w:r>
      <w:r>
        <w:rPr>
          <w:b/>
        </w:rPr>
        <w:br/>
      </w:r>
    </w:p>
    <w:p w14:paraId="4B0203D3" w14:textId="55126A1E" w:rsidR="005B683C" w:rsidRDefault="00000000">
      <w:pPr>
        <w:spacing w:before="480"/>
        <w:jc w:val="right"/>
      </w:pPr>
      <w:r>
        <w:rPr>
          <w:b/>
        </w:rPr>
        <w:br/>
      </w:r>
      <w:r>
        <w:rPr>
          <w:b/>
        </w:rPr>
        <w:br/>
      </w:r>
      <w:r w:rsidR="002450C3">
        <w:rPr>
          <w:b/>
        </w:rPr>
        <w:t>NAMA DIREKTUR</w:t>
      </w:r>
      <w:r>
        <w:rPr>
          <w:b/>
        </w:rPr>
        <w:br/>
      </w:r>
      <w:proofErr w:type="spellStart"/>
      <w:r>
        <w:rPr>
          <w:i/>
        </w:rPr>
        <w:t>Direktur</w:t>
      </w:r>
      <w:proofErr w:type="spellEnd"/>
    </w:p>
    <w:p w14:paraId="2759987C" w14:textId="4A5AC5A8" w:rsidR="005B683C" w:rsidRDefault="00000000">
      <w:pPr>
        <w:spacing w:before="480"/>
      </w:pPr>
      <w:r>
        <w:rPr>
          <w:i/>
        </w:rPr>
        <w:t>Tembusan .</w:t>
      </w:r>
      <w:r>
        <w:rPr>
          <w:i/>
        </w:rPr>
        <w:br/>
      </w:r>
      <w:r>
        <w:t xml:space="preserve">1. Dinas Perkebunan </w:t>
      </w:r>
      <w:proofErr w:type="spellStart"/>
      <w:r w:rsidR="002450C3">
        <w:t>Kabupaten</w:t>
      </w:r>
      <w:proofErr w:type="spellEnd"/>
      <w:r w:rsidR="002450C3">
        <w:t xml:space="preserve"> Asal</w:t>
      </w:r>
      <w:r>
        <w:br/>
        <w:t>2. Arsip</w:t>
      </w:r>
    </w:p>
    <w:sectPr w:rsidR="005B683C" w:rsidSect="0017510F">
      <w:pgSz w:w="12240" w:h="20160"/>
      <w:pgMar w:top="40" w:right="1440" w:bottom="12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F714F3"/>
    <w:multiLevelType w:val="hybridMultilevel"/>
    <w:tmpl w:val="D8A268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7A40F1E"/>
    <w:multiLevelType w:val="hybridMultilevel"/>
    <w:tmpl w:val="A47EEFA6"/>
    <w:lvl w:ilvl="0" w:tplc="84B6D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2568090">
    <w:abstractNumId w:val="8"/>
  </w:num>
  <w:num w:numId="2" w16cid:durableId="994576900">
    <w:abstractNumId w:val="6"/>
  </w:num>
  <w:num w:numId="3" w16cid:durableId="1362314976">
    <w:abstractNumId w:val="5"/>
  </w:num>
  <w:num w:numId="4" w16cid:durableId="1026640633">
    <w:abstractNumId w:val="4"/>
  </w:num>
  <w:num w:numId="5" w16cid:durableId="1957758026">
    <w:abstractNumId w:val="7"/>
  </w:num>
  <w:num w:numId="6" w16cid:durableId="1714962605">
    <w:abstractNumId w:val="3"/>
  </w:num>
  <w:num w:numId="7" w16cid:durableId="1612933089">
    <w:abstractNumId w:val="2"/>
  </w:num>
  <w:num w:numId="8" w16cid:durableId="1672635838">
    <w:abstractNumId w:val="1"/>
  </w:num>
  <w:num w:numId="9" w16cid:durableId="1252815826">
    <w:abstractNumId w:val="0"/>
  </w:num>
  <w:num w:numId="10" w16cid:durableId="562909193">
    <w:abstractNumId w:val="9"/>
  </w:num>
  <w:num w:numId="11" w16cid:durableId="1219978548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2414"/>
    <w:rsid w:val="0015074B"/>
    <w:rsid w:val="0017510F"/>
    <w:rsid w:val="002450C3"/>
    <w:rsid w:val="0029639D"/>
    <w:rsid w:val="002C002C"/>
    <w:rsid w:val="00326F90"/>
    <w:rsid w:val="005B683C"/>
    <w:rsid w:val="00A30049"/>
    <w:rsid w:val="00A448A6"/>
    <w:rsid w:val="00AA1D8D"/>
    <w:rsid w:val="00B23385"/>
    <w:rsid w:val="00B362F9"/>
    <w:rsid w:val="00B47730"/>
    <w:rsid w:val="00CB0664"/>
    <w:rsid w:val="00E74F7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531AD8"/>
  <w14:defaultImageDpi w14:val="300"/>
  <w15:docId w15:val="{FB17AD8F-BDE8-7D40-916C-3E4031CF1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RYAN RUDI RUSANTO</cp:lastModifiedBy>
  <cp:revision>8</cp:revision>
  <dcterms:created xsi:type="dcterms:W3CDTF">2013-12-23T23:15:00Z</dcterms:created>
  <dcterms:modified xsi:type="dcterms:W3CDTF">2026-07-15T07:27:00Z</dcterms:modified>
  <cp:category/>
</cp:coreProperties>
</file>